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0FD47" w14:textId="77777777" w:rsidR="005D0B7F" w:rsidRDefault="007C60F0">
      <w:pPr>
        <w:pageBreakBefore/>
        <w:spacing w:after="0" w:line="576" w:lineRule="exact"/>
        <w:rPr>
          <w:lang w:eastAsia="zh-CN"/>
        </w:rPr>
      </w:pPr>
      <w:r>
        <w:rPr>
          <w:rFonts w:eastAsia="黑体"/>
          <w:lang w:eastAsia="zh-CN"/>
        </w:rPr>
        <w:t>附件</w:t>
      </w:r>
      <w:r>
        <w:rPr>
          <w:rFonts w:eastAsia="黑体"/>
          <w:lang w:eastAsia="zh-CN"/>
        </w:rPr>
        <w:t>1</w:t>
      </w:r>
    </w:p>
    <w:p w14:paraId="16CA2C5C" w14:textId="77777777" w:rsidR="00214F08" w:rsidRDefault="007C60F0">
      <w:pPr>
        <w:spacing w:after="0" w:line="720" w:lineRule="exact"/>
        <w:jc w:val="center"/>
        <w:rPr>
          <w:rFonts w:eastAsia="方正小标宋简体"/>
          <w:sz w:val="44"/>
          <w:lang w:eastAsia="zh-CN"/>
        </w:rPr>
      </w:pPr>
      <w:proofErr w:type="gramStart"/>
      <w:r>
        <w:rPr>
          <w:rFonts w:eastAsia="方正小标宋简体"/>
          <w:sz w:val="44"/>
          <w:lang w:eastAsia="zh-CN"/>
        </w:rPr>
        <w:t>算力产业</w:t>
      </w:r>
      <w:proofErr w:type="gramEnd"/>
      <w:r>
        <w:rPr>
          <w:rFonts w:eastAsia="方正小标宋简体"/>
          <w:sz w:val="44"/>
          <w:lang w:eastAsia="zh-CN"/>
        </w:rPr>
        <w:t>发展方阵</w:t>
      </w:r>
    </w:p>
    <w:p w14:paraId="29CEA296" w14:textId="6514966B" w:rsidR="005D0B7F" w:rsidRDefault="007C60F0" w:rsidP="00214F08">
      <w:pPr>
        <w:spacing w:after="0" w:line="720" w:lineRule="exact"/>
        <w:jc w:val="center"/>
        <w:rPr>
          <w:lang w:eastAsia="zh-CN"/>
        </w:rPr>
      </w:pPr>
      <w:r>
        <w:rPr>
          <w:rFonts w:eastAsia="方正小标宋简体"/>
          <w:sz w:val="44"/>
          <w:lang w:eastAsia="zh-CN"/>
        </w:rPr>
        <w:t>工作组（特设组）设立申请表</w:t>
      </w:r>
    </w:p>
    <w:p w14:paraId="77400F28" w14:textId="77777777" w:rsidR="005D0B7F" w:rsidRDefault="005D0B7F">
      <w:pPr>
        <w:spacing w:after="0" w:line="240" w:lineRule="exact"/>
        <w:rPr>
          <w:lang w:eastAsia="zh-CN"/>
        </w:rPr>
      </w:pP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1"/>
        <w:gridCol w:w="761"/>
        <w:gridCol w:w="2640"/>
        <w:gridCol w:w="762"/>
        <w:gridCol w:w="2640"/>
      </w:tblGrid>
      <w:tr w:rsidR="005D0B7F" w14:paraId="1EB2F6BA" w14:textId="77777777">
        <w:trPr>
          <w:trHeight w:val="454"/>
        </w:trPr>
        <w:tc>
          <w:tcPr>
            <w:tcW w:w="2041" w:type="dxa"/>
            <w:vAlign w:val="center"/>
          </w:tcPr>
          <w:p w14:paraId="6F927A59" w14:textId="77777777" w:rsidR="005D0B7F" w:rsidRDefault="007C60F0">
            <w:pPr>
              <w:spacing w:after="0" w:line="360" w:lineRule="exact"/>
              <w:jc w:val="center"/>
            </w:pPr>
            <w:r>
              <w:rPr>
                <w:rFonts w:eastAsia="黑体"/>
                <w:sz w:val="21"/>
              </w:rPr>
              <w:t>申请组别</w:t>
            </w:r>
          </w:p>
        </w:tc>
        <w:tc>
          <w:tcPr>
            <w:tcW w:w="6803" w:type="dxa"/>
            <w:gridSpan w:val="4"/>
            <w:vAlign w:val="center"/>
          </w:tcPr>
          <w:p w14:paraId="616C9C3F" w14:textId="1F4ED579" w:rsidR="005D0B7F" w:rsidRDefault="007C60F0">
            <w:pPr>
              <w:spacing w:after="0" w:line="360" w:lineRule="exact"/>
              <w:jc w:val="center"/>
              <w:rPr>
                <w:lang w:eastAsia="zh-CN"/>
              </w:rPr>
            </w:pPr>
            <w:r>
              <w:rPr>
                <w:sz w:val="21"/>
                <w:lang w:eastAsia="zh-CN"/>
              </w:rPr>
              <w:t>□</w:t>
            </w:r>
            <w:r>
              <w:rPr>
                <w:sz w:val="21"/>
                <w:lang w:eastAsia="zh-CN"/>
              </w:rPr>
              <w:t>工作组</w:t>
            </w:r>
            <w:r>
              <w:rPr>
                <w:sz w:val="21"/>
                <w:lang w:eastAsia="zh-CN"/>
              </w:rPr>
              <w:t xml:space="preserve">    □</w:t>
            </w:r>
            <w:proofErr w:type="gramStart"/>
            <w:r>
              <w:rPr>
                <w:sz w:val="21"/>
                <w:lang w:eastAsia="zh-CN"/>
              </w:rPr>
              <w:t>特设组</w:t>
            </w:r>
            <w:proofErr w:type="gramEnd"/>
          </w:p>
        </w:tc>
      </w:tr>
      <w:tr w:rsidR="005D0B7F" w14:paraId="53BB5D3B" w14:textId="77777777">
        <w:trPr>
          <w:trHeight w:val="510"/>
        </w:trPr>
        <w:tc>
          <w:tcPr>
            <w:tcW w:w="2041" w:type="dxa"/>
            <w:vAlign w:val="center"/>
          </w:tcPr>
          <w:p w14:paraId="52B00F3E" w14:textId="77777777" w:rsidR="005D0B7F" w:rsidRDefault="007C60F0">
            <w:pPr>
              <w:spacing w:after="0" w:line="360" w:lineRule="exact"/>
              <w:jc w:val="center"/>
            </w:pPr>
            <w:proofErr w:type="spellStart"/>
            <w:r>
              <w:rPr>
                <w:rFonts w:eastAsia="黑体"/>
                <w:sz w:val="21"/>
              </w:rPr>
              <w:t>拟定名称</w:t>
            </w:r>
            <w:proofErr w:type="spellEnd"/>
          </w:p>
        </w:tc>
        <w:tc>
          <w:tcPr>
            <w:tcW w:w="6803" w:type="dxa"/>
            <w:gridSpan w:val="4"/>
            <w:vAlign w:val="center"/>
          </w:tcPr>
          <w:p w14:paraId="474596EA" w14:textId="77777777" w:rsidR="005D0B7F" w:rsidRDefault="005D0B7F">
            <w:pPr>
              <w:spacing w:after="0" w:line="360" w:lineRule="exact"/>
            </w:pPr>
          </w:p>
        </w:tc>
      </w:tr>
      <w:tr w:rsidR="005D0B7F" w14:paraId="7A664068" w14:textId="77777777">
        <w:trPr>
          <w:trHeight w:val="510"/>
        </w:trPr>
        <w:tc>
          <w:tcPr>
            <w:tcW w:w="2041" w:type="dxa"/>
            <w:vAlign w:val="center"/>
          </w:tcPr>
          <w:p w14:paraId="55F4928C" w14:textId="77777777" w:rsidR="005D0B7F" w:rsidRDefault="007C60F0">
            <w:pPr>
              <w:spacing w:after="0" w:line="360" w:lineRule="exact"/>
              <w:jc w:val="center"/>
            </w:pPr>
            <w:r>
              <w:rPr>
                <w:rFonts w:eastAsia="黑体"/>
                <w:sz w:val="21"/>
              </w:rPr>
              <w:t>所属行业</w:t>
            </w:r>
            <w:r>
              <w:rPr>
                <w:rFonts w:eastAsia="黑体"/>
                <w:sz w:val="21"/>
              </w:rPr>
              <w:t>/</w:t>
            </w:r>
            <w:r>
              <w:rPr>
                <w:rFonts w:eastAsia="黑体"/>
                <w:sz w:val="21"/>
              </w:rPr>
              <w:t>领域</w:t>
            </w:r>
          </w:p>
        </w:tc>
        <w:tc>
          <w:tcPr>
            <w:tcW w:w="6803" w:type="dxa"/>
            <w:gridSpan w:val="4"/>
            <w:vAlign w:val="center"/>
          </w:tcPr>
          <w:p w14:paraId="22A6F734" w14:textId="77777777" w:rsidR="005D0B7F" w:rsidRDefault="005D0B7F">
            <w:pPr>
              <w:spacing w:after="0" w:line="360" w:lineRule="exact"/>
            </w:pPr>
          </w:p>
        </w:tc>
      </w:tr>
      <w:tr w:rsidR="005D0B7F" w14:paraId="3190AA4F" w14:textId="77777777" w:rsidTr="00214F08">
        <w:trPr>
          <w:trHeight w:val="541"/>
        </w:trPr>
        <w:tc>
          <w:tcPr>
            <w:tcW w:w="2041" w:type="dxa"/>
            <w:vAlign w:val="center"/>
          </w:tcPr>
          <w:p w14:paraId="3FC1D0AA" w14:textId="77777777" w:rsidR="005D0B7F" w:rsidRDefault="007C60F0">
            <w:pPr>
              <w:spacing w:after="0" w:line="360" w:lineRule="exact"/>
              <w:jc w:val="center"/>
            </w:pPr>
            <w:proofErr w:type="spellStart"/>
            <w:r>
              <w:rPr>
                <w:rFonts w:eastAsia="黑体"/>
                <w:sz w:val="21"/>
              </w:rPr>
              <w:t>牵头单位</w:t>
            </w:r>
            <w:proofErr w:type="spellEnd"/>
          </w:p>
        </w:tc>
        <w:tc>
          <w:tcPr>
            <w:tcW w:w="6803" w:type="dxa"/>
            <w:gridSpan w:val="4"/>
            <w:vAlign w:val="center"/>
          </w:tcPr>
          <w:p w14:paraId="48AD0B20" w14:textId="35FB03DB" w:rsidR="005D0B7F" w:rsidRDefault="005D0B7F">
            <w:pPr>
              <w:spacing w:after="0" w:line="360" w:lineRule="exact"/>
              <w:rPr>
                <w:lang w:eastAsia="zh-CN"/>
              </w:rPr>
            </w:pPr>
          </w:p>
        </w:tc>
      </w:tr>
      <w:tr w:rsidR="005D0B7F" w14:paraId="71D2D9BD" w14:textId="77777777">
        <w:trPr>
          <w:trHeight w:val="680"/>
        </w:trPr>
        <w:tc>
          <w:tcPr>
            <w:tcW w:w="2041" w:type="dxa"/>
            <w:vAlign w:val="center"/>
          </w:tcPr>
          <w:p w14:paraId="15E270D1" w14:textId="77777777" w:rsidR="005D0B7F" w:rsidRDefault="007C60F0">
            <w:pPr>
              <w:spacing w:after="0" w:line="360" w:lineRule="exact"/>
              <w:jc w:val="center"/>
            </w:pPr>
            <w:proofErr w:type="spellStart"/>
            <w:r>
              <w:rPr>
                <w:rFonts w:eastAsia="黑体"/>
                <w:sz w:val="21"/>
              </w:rPr>
              <w:t>参与单位</w:t>
            </w:r>
            <w:proofErr w:type="spellEnd"/>
          </w:p>
        </w:tc>
        <w:tc>
          <w:tcPr>
            <w:tcW w:w="6803" w:type="dxa"/>
            <w:gridSpan w:val="4"/>
            <w:vAlign w:val="center"/>
          </w:tcPr>
          <w:p w14:paraId="2B0ECCC8" w14:textId="4A1AC39D" w:rsidR="005D0B7F" w:rsidRDefault="005D0B7F">
            <w:pPr>
              <w:spacing w:after="0" w:line="360" w:lineRule="exact"/>
              <w:rPr>
                <w:lang w:eastAsia="zh-CN"/>
              </w:rPr>
            </w:pPr>
          </w:p>
        </w:tc>
      </w:tr>
      <w:tr w:rsidR="00214F08" w14:paraId="63D70A2E" w14:textId="77777777" w:rsidTr="00214F08">
        <w:trPr>
          <w:trHeight w:val="136"/>
        </w:trPr>
        <w:tc>
          <w:tcPr>
            <w:tcW w:w="2041" w:type="dxa"/>
            <w:vMerge w:val="restart"/>
            <w:vAlign w:val="center"/>
          </w:tcPr>
          <w:p w14:paraId="450D360D" w14:textId="5A70F1B2" w:rsidR="00214F08" w:rsidRDefault="00214F08">
            <w:pPr>
              <w:spacing w:after="0" w:line="360" w:lineRule="exact"/>
              <w:jc w:val="center"/>
              <w:rPr>
                <w:rFonts w:eastAsia="黑体"/>
                <w:sz w:val="21"/>
              </w:rPr>
            </w:pPr>
            <w:bookmarkStart w:id="0" w:name="_Hlk239679743"/>
            <w:r>
              <w:rPr>
                <w:rFonts w:eastAsia="黑体" w:hint="eastAsia"/>
                <w:sz w:val="21"/>
                <w:lang w:eastAsia="zh-CN"/>
              </w:rPr>
              <w:t>拟任组长信息</w:t>
            </w:r>
          </w:p>
        </w:tc>
        <w:tc>
          <w:tcPr>
            <w:tcW w:w="761" w:type="dxa"/>
            <w:vAlign w:val="center"/>
          </w:tcPr>
          <w:p w14:paraId="3F87331D" w14:textId="1C970D79" w:rsidR="00214F08" w:rsidRPr="00465D27" w:rsidRDefault="00214F08" w:rsidP="00465D27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  <w:r w:rsidRPr="00465D27">
              <w:rPr>
                <w:rFonts w:ascii="仿宋_GB2312" w:hint="eastAsia"/>
                <w:sz w:val="21"/>
                <w:lang w:eastAsia="zh-CN"/>
              </w:rPr>
              <w:t>姓名</w:t>
            </w:r>
          </w:p>
        </w:tc>
        <w:tc>
          <w:tcPr>
            <w:tcW w:w="2640" w:type="dxa"/>
            <w:vAlign w:val="center"/>
          </w:tcPr>
          <w:p w14:paraId="40C0C583" w14:textId="77777777" w:rsidR="00214F08" w:rsidRPr="00465D27" w:rsidRDefault="00214F08" w:rsidP="00465D27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</w:p>
        </w:tc>
        <w:tc>
          <w:tcPr>
            <w:tcW w:w="762" w:type="dxa"/>
            <w:vAlign w:val="center"/>
          </w:tcPr>
          <w:p w14:paraId="3E661499" w14:textId="07BD0006" w:rsidR="00214F08" w:rsidRPr="00465D27" w:rsidRDefault="00214F08" w:rsidP="00465D27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  <w:r w:rsidRPr="00465D27">
              <w:rPr>
                <w:rFonts w:ascii="仿宋_GB2312" w:hint="eastAsia"/>
                <w:sz w:val="21"/>
                <w:lang w:eastAsia="zh-CN"/>
              </w:rPr>
              <w:t>单位</w:t>
            </w:r>
          </w:p>
        </w:tc>
        <w:tc>
          <w:tcPr>
            <w:tcW w:w="2640" w:type="dxa"/>
            <w:vAlign w:val="center"/>
          </w:tcPr>
          <w:p w14:paraId="26DF694A" w14:textId="6A14EAF9" w:rsidR="00214F08" w:rsidRPr="00465D27" w:rsidRDefault="00214F08" w:rsidP="00465D27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</w:p>
        </w:tc>
      </w:tr>
      <w:tr w:rsidR="00214F08" w14:paraId="4996C931" w14:textId="77777777" w:rsidTr="00214F08">
        <w:trPr>
          <w:trHeight w:val="136"/>
        </w:trPr>
        <w:tc>
          <w:tcPr>
            <w:tcW w:w="2041" w:type="dxa"/>
            <w:vMerge/>
            <w:vAlign w:val="center"/>
          </w:tcPr>
          <w:p w14:paraId="26CDD6AC" w14:textId="77777777" w:rsidR="00214F08" w:rsidRDefault="00214F08">
            <w:pPr>
              <w:spacing w:after="0" w:line="360" w:lineRule="exact"/>
              <w:jc w:val="center"/>
              <w:rPr>
                <w:rFonts w:eastAsia="黑体"/>
                <w:sz w:val="21"/>
                <w:lang w:eastAsia="zh-CN"/>
              </w:rPr>
            </w:pPr>
          </w:p>
        </w:tc>
        <w:tc>
          <w:tcPr>
            <w:tcW w:w="761" w:type="dxa"/>
            <w:vAlign w:val="center"/>
          </w:tcPr>
          <w:p w14:paraId="3C7101D1" w14:textId="4F2C5713" w:rsidR="00214F08" w:rsidRPr="00465D27" w:rsidRDefault="00214F08" w:rsidP="00465D27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  <w:r w:rsidRPr="00465D27">
              <w:rPr>
                <w:rFonts w:ascii="仿宋_GB2312" w:hint="eastAsia"/>
                <w:sz w:val="21"/>
                <w:lang w:eastAsia="zh-CN"/>
              </w:rPr>
              <w:t>性别</w:t>
            </w:r>
          </w:p>
        </w:tc>
        <w:tc>
          <w:tcPr>
            <w:tcW w:w="2640" w:type="dxa"/>
            <w:vAlign w:val="center"/>
          </w:tcPr>
          <w:p w14:paraId="565F756F" w14:textId="77777777" w:rsidR="00214F08" w:rsidRPr="00465D27" w:rsidRDefault="00214F08" w:rsidP="00465D27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</w:p>
        </w:tc>
        <w:tc>
          <w:tcPr>
            <w:tcW w:w="762" w:type="dxa"/>
            <w:vAlign w:val="center"/>
          </w:tcPr>
          <w:p w14:paraId="2728FA3E" w14:textId="7D875357" w:rsidR="00214F08" w:rsidRPr="00465D27" w:rsidRDefault="00214F08" w:rsidP="00465D27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  <w:r w:rsidRPr="00465D27">
              <w:rPr>
                <w:rFonts w:ascii="仿宋_GB2312" w:hint="eastAsia"/>
                <w:sz w:val="21"/>
                <w:lang w:eastAsia="zh-CN"/>
              </w:rPr>
              <w:t>年龄</w:t>
            </w:r>
          </w:p>
        </w:tc>
        <w:tc>
          <w:tcPr>
            <w:tcW w:w="2640" w:type="dxa"/>
            <w:vAlign w:val="center"/>
          </w:tcPr>
          <w:p w14:paraId="41B14AFE" w14:textId="24ADD92B" w:rsidR="00214F08" w:rsidRPr="00465D27" w:rsidRDefault="00214F08" w:rsidP="00465D27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</w:p>
        </w:tc>
      </w:tr>
      <w:tr w:rsidR="00214F08" w14:paraId="2CDCA843" w14:textId="77777777" w:rsidTr="00214F08">
        <w:trPr>
          <w:trHeight w:val="136"/>
        </w:trPr>
        <w:tc>
          <w:tcPr>
            <w:tcW w:w="2041" w:type="dxa"/>
            <w:vMerge/>
            <w:vAlign w:val="center"/>
          </w:tcPr>
          <w:p w14:paraId="38B12B40" w14:textId="77777777" w:rsidR="00214F08" w:rsidRDefault="00214F08" w:rsidP="00214F08">
            <w:pPr>
              <w:spacing w:after="0" w:line="360" w:lineRule="exact"/>
              <w:jc w:val="center"/>
              <w:rPr>
                <w:rFonts w:eastAsia="黑体"/>
                <w:sz w:val="21"/>
                <w:lang w:eastAsia="zh-CN"/>
              </w:rPr>
            </w:pPr>
          </w:p>
        </w:tc>
        <w:tc>
          <w:tcPr>
            <w:tcW w:w="761" w:type="dxa"/>
            <w:vAlign w:val="center"/>
          </w:tcPr>
          <w:p w14:paraId="3CDFCDAA" w14:textId="5C9763CC" w:rsidR="00214F08" w:rsidRPr="00465D27" w:rsidRDefault="00214F08" w:rsidP="00465D27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  <w:r w:rsidRPr="00465D27">
              <w:rPr>
                <w:rFonts w:ascii="仿宋_GB2312" w:hint="eastAsia"/>
                <w:sz w:val="21"/>
                <w:lang w:eastAsia="zh-CN"/>
              </w:rPr>
              <w:t>职务</w:t>
            </w:r>
          </w:p>
        </w:tc>
        <w:tc>
          <w:tcPr>
            <w:tcW w:w="2640" w:type="dxa"/>
            <w:vAlign w:val="center"/>
          </w:tcPr>
          <w:p w14:paraId="70E1D822" w14:textId="77777777" w:rsidR="00214F08" w:rsidRPr="00465D27" w:rsidRDefault="00214F08" w:rsidP="00465D27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</w:p>
        </w:tc>
        <w:tc>
          <w:tcPr>
            <w:tcW w:w="762" w:type="dxa"/>
            <w:vAlign w:val="center"/>
          </w:tcPr>
          <w:p w14:paraId="232D8757" w14:textId="2135BABB" w:rsidR="00214F08" w:rsidRPr="00465D27" w:rsidRDefault="00214F08" w:rsidP="00465D27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  <w:r w:rsidRPr="00465D27">
              <w:rPr>
                <w:rFonts w:ascii="仿宋_GB2312" w:hint="eastAsia"/>
                <w:sz w:val="21"/>
                <w:lang w:eastAsia="zh-CN"/>
              </w:rPr>
              <w:t>邮箱</w:t>
            </w:r>
          </w:p>
        </w:tc>
        <w:tc>
          <w:tcPr>
            <w:tcW w:w="2640" w:type="dxa"/>
            <w:vAlign w:val="center"/>
          </w:tcPr>
          <w:p w14:paraId="7FD516E7" w14:textId="50EA0572" w:rsidR="00214F08" w:rsidRPr="00465D27" w:rsidRDefault="00214F08" w:rsidP="00465D27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</w:p>
        </w:tc>
      </w:tr>
      <w:bookmarkEnd w:id="0"/>
      <w:tr w:rsidR="00214F08" w14:paraId="3692AAF2" w14:textId="77777777" w:rsidTr="0023427D">
        <w:trPr>
          <w:trHeight w:val="136"/>
        </w:trPr>
        <w:tc>
          <w:tcPr>
            <w:tcW w:w="2041" w:type="dxa"/>
            <w:vMerge/>
            <w:vAlign w:val="center"/>
          </w:tcPr>
          <w:p w14:paraId="282FCE0F" w14:textId="77777777" w:rsidR="00214F08" w:rsidRDefault="00214F08" w:rsidP="00214F08">
            <w:pPr>
              <w:spacing w:after="0" w:line="360" w:lineRule="exact"/>
              <w:jc w:val="center"/>
              <w:rPr>
                <w:rFonts w:eastAsia="黑体"/>
                <w:sz w:val="21"/>
                <w:lang w:eastAsia="zh-CN"/>
              </w:rPr>
            </w:pPr>
          </w:p>
        </w:tc>
        <w:tc>
          <w:tcPr>
            <w:tcW w:w="6803" w:type="dxa"/>
            <w:gridSpan w:val="4"/>
            <w:vAlign w:val="center"/>
          </w:tcPr>
          <w:p w14:paraId="4D00E65F" w14:textId="24405269" w:rsidR="00214F08" w:rsidRPr="00465D27" w:rsidRDefault="00214F08" w:rsidP="00465D27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  <w:r w:rsidRPr="00465D27">
              <w:rPr>
                <w:rFonts w:ascii="仿宋_GB2312" w:hint="eastAsia"/>
                <w:sz w:val="21"/>
                <w:lang w:eastAsia="zh-CN"/>
              </w:rPr>
              <w:t>个人简介（200字左右）</w:t>
            </w:r>
          </w:p>
        </w:tc>
      </w:tr>
      <w:tr w:rsidR="00214F08" w14:paraId="47DA5334" w14:textId="77777777" w:rsidTr="00214F08">
        <w:trPr>
          <w:trHeight w:val="1673"/>
        </w:trPr>
        <w:tc>
          <w:tcPr>
            <w:tcW w:w="2041" w:type="dxa"/>
            <w:vMerge/>
            <w:vAlign w:val="center"/>
          </w:tcPr>
          <w:p w14:paraId="33B4D6FD" w14:textId="77777777" w:rsidR="00214F08" w:rsidRDefault="00214F08" w:rsidP="00214F08">
            <w:pPr>
              <w:spacing w:after="0" w:line="360" w:lineRule="exact"/>
              <w:jc w:val="center"/>
              <w:rPr>
                <w:rFonts w:eastAsia="黑体"/>
                <w:sz w:val="21"/>
                <w:lang w:eastAsia="zh-CN"/>
              </w:rPr>
            </w:pPr>
          </w:p>
        </w:tc>
        <w:tc>
          <w:tcPr>
            <w:tcW w:w="6803" w:type="dxa"/>
            <w:gridSpan w:val="4"/>
            <w:vAlign w:val="center"/>
          </w:tcPr>
          <w:p w14:paraId="3BA86FEB" w14:textId="23795354" w:rsidR="00214F08" w:rsidRPr="00465D27" w:rsidRDefault="00214F08" w:rsidP="00214F08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</w:p>
        </w:tc>
      </w:tr>
      <w:tr w:rsidR="00214F08" w14:paraId="233DCD42" w14:textId="77777777" w:rsidTr="00214F08">
        <w:trPr>
          <w:trHeight w:val="228"/>
        </w:trPr>
        <w:tc>
          <w:tcPr>
            <w:tcW w:w="2041" w:type="dxa"/>
            <w:vMerge w:val="restart"/>
            <w:vAlign w:val="center"/>
          </w:tcPr>
          <w:p w14:paraId="2B54E817" w14:textId="10DE7DCC" w:rsidR="00214F08" w:rsidRDefault="00214F08" w:rsidP="00214F08">
            <w:pPr>
              <w:spacing w:after="0" w:line="360" w:lineRule="exact"/>
              <w:jc w:val="center"/>
              <w:rPr>
                <w:rFonts w:eastAsia="黑体"/>
                <w:sz w:val="21"/>
                <w:lang w:eastAsia="zh-CN"/>
              </w:rPr>
            </w:pPr>
            <w:r>
              <w:rPr>
                <w:rFonts w:eastAsia="黑体" w:hint="eastAsia"/>
                <w:sz w:val="21"/>
                <w:lang w:eastAsia="zh-CN"/>
              </w:rPr>
              <w:t>联系人信息</w:t>
            </w:r>
          </w:p>
        </w:tc>
        <w:tc>
          <w:tcPr>
            <w:tcW w:w="761" w:type="dxa"/>
            <w:vAlign w:val="center"/>
          </w:tcPr>
          <w:p w14:paraId="1A81BA3C" w14:textId="138E2DA7" w:rsidR="00214F08" w:rsidRPr="00465D27" w:rsidRDefault="00214F08" w:rsidP="00214F08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  <w:r w:rsidRPr="00465D27">
              <w:rPr>
                <w:rFonts w:ascii="仿宋_GB2312" w:hint="eastAsia"/>
                <w:sz w:val="21"/>
                <w:lang w:eastAsia="zh-CN"/>
              </w:rPr>
              <w:t>姓名</w:t>
            </w:r>
          </w:p>
        </w:tc>
        <w:tc>
          <w:tcPr>
            <w:tcW w:w="2640" w:type="dxa"/>
            <w:vAlign w:val="center"/>
          </w:tcPr>
          <w:p w14:paraId="7DD24DAF" w14:textId="77777777" w:rsidR="00214F08" w:rsidRPr="00465D27" w:rsidRDefault="00214F08" w:rsidP="00214F08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</w:p>
        </w:tc>
        <w:tc>
          <w:tcPr>
            <w:tcW w:w="762" w:type="dxa"/>
            <w:vAlign w:val="center"/>
          </w:tcPr>
          <w:p w14:paraId="07FB3421" w14:textId="776556CA" w:rsidR="00214F08" w:rsidRPr="00465D27" w:rsidRDefault="00214F08" w:rsidP="00214F08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  <w:r w:rsidRPr="00465D27">
              <w:rPr>
                <w:rFonts w:ascii="仿宋_GB2312" w:hint="eastAsia"/>
                <w:sz w:val="21"/>
                <w:lang w:eastAsia="zh-CN"/>
              </w:rPr>
              <w:t>单位</w:t>
            </w:r>
          </w:p>
        </w:tc>
        <w:tc>
          <w:tcPr>
            <w:tcW w:w="2640" w:type="dxa"/>
            <w:vAlign w:val="center"/>
          </w:tcPr>
          <w:p w14:paraId="735872EC" w14:textId="15167B37" w:rsidR="00214F08" w:rsidRPr="00465D27" w:rsidRDefault="00214F08" w:rsidP="00214F08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</w:p>
        </w:tc>
      </w:tr>
      <w:tr w:rsidR="00214F08" w14:paraId="240306A0" w14:textId="77777777" w:rsidTr="00214F08">
        <w:trPr>
          <w:trHeight w:val="226"/>
        </w:trPr>
        <w:tc>
          <w:tcPr>
            <w:tcW w:w="2041" w:type="dxa"/>
            <w:vMerge/>
            <w:vAlign w:val="center"/>
          </w:tcPr>
          <w:p w14:paraId="6151D945" w14:textId="77777777" w:rsidR="00214F08" w:rsidRDefault="00214F08" w:rsidP="00214F08">
            <w:pPr>
              <w:spacing w:after="0" w:line="360" w:lineRule="exact"/>
              <w:jc w:val="center"/>
              <w:rPr>
                <w:rFonts w:eastAsia="黑体"/>
                <w:sz w:val="21"/>
                <w:lang w:eastAsia="zh-CN"/>
              </w:rPr>
            </w:pPr>
          </w:p>
        </w:tc>
        <w:tc>
          <w:tcPr>
            <w:tcW w:w="761" w:type="dxa"/>
            <w:vAlign w:val="center"/>
          </w:tcPr>
          <w:p w14:paraId="5EF3B668" w14:textId="1EB7C836" w:rsidR="00214F08" w:rsidRPr="00465D27" w:rsidRDefault="00214F08" w:rsidP="00214F08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  <w:r w:rsidRPr="00465D27">
              <w:rPr>
                <w:rFonts w:ascii="仿宋_GB2312" w:hint="eastAsia"/>
                <w:sz w:val="21"/>
                <w:lang w:eastAsia="zh-CN"/>
              </w:rPr>
              <w:t>性别</w:t>
            </w:r>
          </w:p>
        </w:tc>
        <w:tc>
          <w:tcPr>
            <w:tcW w:w="2640" w:type="dxa"/>
            <w:vAlign w:val="center"/>
          </w:tcPr>
          <w:p w14:paraId="46A9AC1E" w14:textId="77777777" w:rsidR="00214F08" w:rsidRPr="00465D27" w:rsidRDefault="00214F08" w:rsidP="00214F08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</w:p>
        </w:tc>
        <w:tc>
          <w:tcPr>
            <w:tcW w:w="762" w:type="dxa"/>
            <w:vAlign w:val="center"/>
          </w:tcPr>
          <w:p w14:paraId="763CC9CC" w14:textId="0DB9C5A0" w:rsidR="00214F08" w:rsidRPr="00465D27" w:rsidRDefault="00214F08" w:rsidP="00214F08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  <w:r w:rsidRPr="00465D27">
              <w:rPr>
                <w:rFonts w:ascii="仿宋_GB2312" w:hint="eastAsia"/>
                <w:sz w:val="21"/>
                <w:lang w:eastAsia="zh-CN"/>
              </w:rPr>
              <w:t>年龄</w:t>
            </w:r>
          </w:p>
        </w:tc>
        <w:tc>
          <w:tcPr>
            <w:tcW w:w="2640" w:type="dxa"/>
            <w:vAlign w:val="center"/>
          </w:tcPr>
          <w:p w14:paraId="1C0918A4" w14:textId="2ADF46C5" w:rsidR="00214F08" w:rsidRPr="00465D27" w:rsidRDefault="00214F08" w:rsidP="00214F08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</w:p>
        </w:tc>
      </w:tr>
      <w:tr w:rsidR="00214F08" w14:paraId="0F24CB5B" w14:textId="77777777" w:rsidTr="00214F08">
        <w:trPr>
          <w:trHeight w:val="226"/>
        </w:trPr>
        <w:tc>
          <w:tcPr>
            <w:tcW w:w="2041" w:type="dxa"/>
            <w:vMerge/>
            <w:vAlign w:val="center"/>
          </w:tcPr>
          <w:p w14:paraId="2321E0B3" w14:textId="77777777" w:rsidR="00214F08" w:rsidRDefault="00214F08" w:rsidP="00214F08">
            <w:pPr>
              <w:spacing w:after="0" w:line="360" w:lineRule="exact"/>
              <w:jc w:val="center"/>
              <w:rPr>
                <w:rFonts w:eastAsia="黑体"/>
                <w:sz w:val="21"/>
                <w:lang w:eastAsia="zh-CN"/>
              </w:rPr>
            </w:pPr>
          </w:p>
        </w:tc>
        <w:tc>
          <w:tcPr>
            <w:tcW w:w="761" w:type="dxa"/>
            <w:vAlign w:val="center"/>
          </w:tcPr>
          <w:p w14:paraId="419DF486" w14:textId="52AABD85" w:rsidR="00214F08" w:rsidRPr="00465D27" w:rsidRDefault="00214F08" w:rsidP="00214F08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  <w:r w:rsidRPr="00465D27">
              <w:rPr>
                <w:rFonts w:ascii="仿宋_GB2312" w:hint="eastAsia"/>
                <w:sz w:val="21"/>
                <w:lang w:eastAsia="zh-CN"/>
              </w:rPr>
              <w:t>职务</w:t>
            </w:r>
          </w:p>
        </w:tc>
        <w:tc>
          <w:tcPr>
            <w:tcW w:w="2640" w:type="dxa"/>
            <w:vAlign w:val="center"/>
          </w:tcPr>
          <w:p w14:paraId="63BA7D2A" w14:textId="77777777" w:rsidR="00214F08" w:rsidRPr="00465D27" w:rsidRDefault="00214F08" w:rsidP="00214F08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</w:p>
        </w:tc>
        <w:tc>
          <w:tcPr>
            <w:tcW w:w="762" w:type="dxa"/>
            <w:vAlign w:val="center"/>
          </w:tcPr>
          <w:p w14:paraId="04608EDA" w14:textId="7B357BDE" w:rsidR="00214F08" w:rsidRPr="00465D27" w:rsidRDefault="00214F08" w:rsidP="00214F08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  <w:r w:rsidRPr="00465D27">
              <w:rPr>
                <w:rFonts w:ascii="仿宋_GB2312" w:hint="eastAsia"/>
                <w:sz w:val="21"/>
                <w:lang w:eastAsia="zh-CN"/>
              </w:rPr>
              <w:t>邮箱</w:t>
            </w:r>
          </w:p>
        </w:tc>
        <w:tc>
          <w:tcPr>
            <w:tcW w:w="2640" w:type="dxa"/>
            <w:vAlign w:val="center"/>
          </w:tcPr>
          <w:p w14:paraId="65B5EBD2" w14:textId="30E0F82F" w:rsidR="00214F08" w:rsidRPr="00465D27" w:rsidRDefault="00214F08" w:rsidP="00214F08">
            <w:pPr>
              <w:spacing w:after="0" w:line="360" w:lineRule="exact"/>
              <w:rPr>
                <w:rFonts w:ascii="仿宋_GB2312"/>
                <w:sz w:val="21"/>
                <w:lang w:eastAsia="zh-CN"/>
              </w:rPr>
            </w:pPr>
          </w:p>
        </w:tc>
      </w:tr>
      <w:tr w:rsidR="00214F08" w14:paraId="4EBC33C9" w14:textId="77777777">
        <w:trPr>
          <w:trHeight w:val="1531"/>
        </w:trPr>
        <w:tc>
          <w:tcPr>
            <w:tcW w:w="2041" w:type="dxa"/>
            <w:vAlign w:val="center"/>
          </w:tcPr>
          <w:p w14:paraId="40F813A2" w14:textId="6C78B97E" w:rsidR="00214F08" w:rsidRDefault="00214F08" w:rsidP="00214F08">
            <w:pPr>
              <w:spacing w:after="0" w:line="360" w:lineRule="exact"/>
              <w:jc w:val="center"/>
              <w:rPr>
                <w:lang w:eastAsia="zh-CN"/>
              </w:rPr>
            </w:pPr>
            <w:r>
              <w:rPr>
                <w:rFonts w:eastAsia="黑体"/>
                <w:sz w:val="21"/>
                <w:lang w:eastAsia="zh-CN"/>
              </w:rPr>
              <w:t>本行业（领域）</w:t>
            </w:r>
            <w:proofErr w:type="gramStart"/>
            <w:r>
              <w:rPr>
                <w:rFonts w:eastAsia="黑体"/>
                <w:sz w:val="21"/>
                <w:lang w:eastAsia="zh-CN"/>
              </w:rPr>
              <w:t>算力</w:t>
            </w:r>
            <w:r>
              <w:rPr>
                <w:rFonts w:eastAsia="黑体" w:hint="eastAsia"/>
                <w:sz w:val="21"/>
                <w:lang w:eastAsia="zh-CN"/>
              </w:rPr>
              <w:t>需求</w:t>
            </w:r>
            <w:proofErr w:type="gramEnd"/>
            <w:r>
              <w:rPr>
                <w:rFonts w:eastAsia="黑体"/>
                <w:sz w:val="21"/>
                <w:lang w:eastAsia="zh-CN"/>
              </w:rPr>
              <w:t>现状与特点</w:t>
            </w:r>
          </w:p>
        </w:tc>
        <w:tc>
          <w:tcPr>
            <w:tcW w:w="6803" w:type="dxa"/>
            <w:gridSpan w:val="4"/>
            <w:vAlign w:val="center"/>
          </w:tcPr>
          <w:p w14:paraId="0815FDF4" w14:textId="77777777" w:rsidR="00214F08" w:rsidRDefault="00214F08" w:rsidP="00214F08">
            <w:pPr>
              <w:spacing w:after="0" w:line="360" w:lineRule="exact"/>
              <w:rPr>
                <w:lang w:eastAsia="zh-CN"/>
              </w:rPr>
            </w:pPr>
            <w:r>
              <w:rPr>
                <w:color w:val="808080"/>
                <w:sz w:val="21"/>
                <w:lang w:eastAsia="zh-CN"/>
              </w:rPr>
              <w:t>（</w:t>
            </w:r>
            <w:proofErr w:type="gramStart"/>
            <w:r>
              <w:rPr>
                <w:color w:val="808080"/>
                <w:sz w:val="21"/>
                <w:lang w:eastAsia="zh-CN"/>
              </w:rPr>
              <w:t>请重点</w:t>
            </w:r>
            <w:proofErr w:type="gramEnd"/>
            <w:r>
              <w:rPr>
                <w:color w:val="808080"/>
                <w:sz w:val="21"/>
                <w:lang w:eastAsia="zh-CN"/>
              </w:rPr>
              <w:t>说明典型应用场景、</w:t>
            </w:r>
            <w:proofErr w:type="gramStart"/>
            <w:r>
              <w:rPr>
                <w:color w:val="808080"/>
                <w:sz w:val="21"/>
                <w:lang w:eastAsia="zh-CN"/>
              </w:rPr>
              <w:t>算力类型</w:t>
            </w:r>
            <w:proofErr w:type="gramEnd"/>
            <w:r>
              <w:rPr>
                <w:color w:val="808080"/>
                <w:sz w:val="21"/>
                <w:lang w:eastAsia="zh-CN"/>
              </w:rPr>
              <w:t>与规模、性能要求、主要瓶颈及发展趋势）</w:t>
            </w:r>
          </w:p>
        </w:tc>
      </w:tr>
      <w:tr w:rsidR="00214F08" w14:paraId="205B6F3C" w14:textId="77777777">
        <w:trPr>
          <w:trHeight w:val="1531"/>
        </w:trPr>
        <w:tc>
          <w:tcPr>
            <w:tcW w:w="2041" w:type="dxa"/>
            <w:vAlign w:val="center"/>
          </w:tcPr>
          <w:p w14:paraId="251B7E10" w14:textId="6E711480" w:rsidR="00214F08" w:rsidRDefault="00214F08" w:rsidP="00214F08">
            <w:pPr>
              <w:spacing w:after="0" w:line="360" w:lineRule="exact"/>
              <w:jc w:val="center"/>
              <w:rPr>
                <w:lang w:eastAsia="zh-CN"/>
              </w:rPr>
            </w:pPr>
            <w:r>
              <w:rPr>
                <w:rFonts w:eastAsia="黑体"/>
                <w:sz w:val="21"/>
                <w:lang w:eastAsia="zh-CN"/>
              </w:rPr>
              <w:t>拟开展工作与实施计划</w:t>
            </w:r>
          </w:p>
        </w:tc>
        <w:tc>
          <w:tcPr>
            <w:tcW w:w="6803" w:type="dxa"/>
            <w:gridSpan w:val="4"/>
            <w:vAlign w:val="center"/>
          </w:tcPr>
          <w:p w14:paraId="2ABFEFB3" w14:textId="77777777" w:rsidR="00214F08" w:rsidRDefault="00214F08" w:rsidP="00214F08">
            <w:pPr>
              <w:spacing w:after="0" w:line="360" w:lineRule="exact"/>
              <w:rPr>
                <w:lang w:eastAsia="zh-CN"/>
              </w:rPr>
            </w:pPr>
            <w:r>
              <w:rPr>
                <w:color w:val="808080"/>
                <w:sz w:val="21"/>
                <w:lang w:eastAsia="zh-CN"/>
              </w:rPr>
              <w:t>（请围绕行业</w:t>
            </w:r>
            <w:proofErr w:type="gramStart"/>
            <w:r>
              <w:rPr>
                <w:color w:val="808080"/>
                <w:sz w:val="21"/>
                <w:lang w:eastAsia="zh-CN"/>
              </w:rPr>
              <w:t>算力需求</w:t>
            </w:r>
            <w:proofErr w:type="gramEnd"/>
            <w:r>
              <w:rPr>
                <w:color w:val="808080"/>
                <w:sz w:val="21"/>
                <w:lang w:eastAsia="zh-CN"/>
              </w:rPr>
              <w:t>特点研究、需求模型构建、示范应用等分项说明工作内容与实施计划）</w:t>
            </w:r>
          </w:p>
        </w:tc>
      </w:tr>
      <w:tr w:rsidR="00214F08" w14:paraId="63A89DFF" w14:textId="77777777">
        <w:trPr>
          <w:trHeight w:val="1020"/>
        </w:trPr>
        <w:tc>
          <w:tcPr>
            <w:tcW w:w="2041" w:type="dxa"/>
            <w:vAlign w:val="center"/>
          </w:tcPr>
          <w:p w14:paraId="6EC71607" w14:textId="77777777" w:rsidR="00214F08" w:rsidRDefault="00214F08" w:rsidP="00214F08">
            <w:pPr>
              <w:spacing w:after="0" w:line="360" w:lineRule="exact"/>
              <w:jc w:val="center"/>
            </w:pPr>
            <w:proofErr w:type="spellStart"/>
            <w:r>
              <w:rPr>
                <w:rFonts w:eastAsia="黑体"/>
                <w:sz w:val="21"/>
              </w:rPr>
              <w:lastRenderedPageBreak/>
              <w:t>预期成果</w:t>
            </w:r>
            <w:proofErr w:type="spellEnd"/>
          </w:p>
        </w:tc>
        <w:tc>
          <w:tcPr>
            <w:tcW w:w="6803" w:type="dxa"/>
            <w:gridSpan w:val="4"/>
            <w:vAlign w:val="center"/>
          </w:tcPr>
          <w:p w14:paraId="66A50473" w14:textId="77777777" w:rsidR="00214F08" w:rsidRDefault="00214F08" w:rsidP="00214F08">
            <w:pPr>
              <w:spacing w:after="0" w:line="360" w:lineRule="exact"/>
              <w:rPr>
                <w:lang w:eastAsia="zh-CN"/>
              </w:rPr>
            </w:pPr>
            <w:r>
              <w:rPr>
                <w:color w:val="808080"/>
                <w:sz w:val="21"/>
                <w:lang w:eastAsia="zh-CN"/>
              </w:rPr>
              <w:t>（请说明成果形式，如行业</w:t>
            </w:r>
            <w:proofErr w:type="gramStart"/>
            <w:r>
              <w:rPr>
                <w:color w:val="808080"/>
                <w:sz w:val="21"/>
                <w:lang w:eastAsia="zh-CN"/>
              </w:rPr>
              <w:t>算力需求</w:t>
            </w:r>
            <w:proofErr w:type="gramEnd"/>
            <w:r>
              <w:rPr>
                <w:color w:val="808080"/>
                <w:sz w:val="21"/>
                <w:lang w:eastAsia="zh-CN"/>
              </w:rPr>
              <w:t>研究报告、</w:t>
            </w:r>
            <w:proofErr w:type="gramStart"/>
            <w:r>
              <w:rPr>
                <w:color w:val="808080"/>
                <w:sz w:val="21"/>
                <w:lang w:eastAsia="zh-CN"/>
              </w:rPr>
              <w:t>算力需求</w:t>
            </w:r>
            <w:proofErr w:type="gramEnd"/>
            <w:r>
              <w:rPr>
                <w:color w:val="808080"/>
                <w:sz w:val="21"/>
                <w:lang w:eastAsia="zh-CN"/>
              </w:rPr>
              <w:t>模型、示范应用案例等，及完成时限）</w:t>
            </w:r>
          </w:p>
        </w:tc>
      </w:tr>
      <w:tr w:rsidR="00214F08" w14:paraId="4A4A92D7" w14:textId="77777777" w:rsidTr="00214F08">
        <w:trPr>
          <w:trHeight w:val="1707"/>
        </w:trPr>
        <w:tc>
          <w:tcPr>
            <w:tcW w:w="2041" w:type="dxa"/>
            <w:vAlign w:val="center"/>
          </w:tcPr>
          <w:p w14:paraId="56C220E4" w14:textId="77777777" w:rsidR="00214F08" w:rsidRDefault="00214F08" w:rsidP="00214F08">
            <w:pPr>
              <w:spacing w:after="0" w:line="360" w:lineRule="exact"/>
              <w:jc w:val="center"/>
            </w:pPr>
            <w:proofErr w:type="spellStart"/>
            <w:r>
              <w:rPr>
                <w:rFonts w:eastAsia="黑体"/>
                <w:sz w:val="21"/>
              </w:rPr>
              <w:t>组织方案</w:t>
            </w:r>
            <w:proofErr w:type="spellEnd"/>
          </w:p>
        </w:tc>
        <w:tc>
          <w:tcPr>
            <w:tcW w:w="6803" w:type="dxa"/>
            <w:gridSpan w:val="4"/>
            <w:vAlign w:val="center"/>
          </w:tcPr>
          <w:p w14:paraId="7074C230" w14:textId="77777777" w:rsidR="00214F08" w:rsidRDefault="00214F08" w:rsidP="00214F08">
            <w:pPr>
              <w:spacing w:after="0" w:line="360" w:lineRule="exact"/>
              <w:rPr>
                <w:lang w:eastAsia="zh-CN"/>
              </w:rPr>
            </w:pPr>
            <w:r>
              <w:rPr>
                <w:color w:val="808080"/>
                <w:sz w:val="21"/>
                <w:lang w:eastAsia="zh-CN"/>
              </w:rPr>
              <w:t>（请说明组长单位、副组长单位、成员单位分工及工作机制）</w:t>
            </w:r>
          </w:p>
        </w:tc>
      </w:tr>
      <w:tr w:rsidR="00214F08" w14:paraId="66E2F486" w14:textId="77777777" w:rsidTr="00214F08">
        <w:trPr>
          <w:trHeight w:val="1986"/>
        </w:trPr>
        <w:tc>
          <w:tcPr>
            <w:tcW w:w="2041" w:type="dxa"/>
            <w:vAlign w:val="center"/>
          </w:tcPr>
          <w:p w14:paraId="29F00F0F" w14:textId="77777777" w:rsidR="00214F08" w:rsidRDefault="00214F08" w:rsidP="00214F08">
            <w:pPr>
              <w:spacing w:after="0" w:line="360" w:lineRule="exact"/>
              <w:jc w:val="center"/>
            </w:pPr>
            <w:proofErr w:type="spellStart"/>
            <w:r>
              <w:rPr>
                <w:rFonts w:eastAsia="黑体"/>
                <w:sz w:val="21"/>
              </w:rPr>
              <w:t>牵头单位意见</w:t>
            </w:r>
            <w:proofErr w:type="spellEnd"/>
          </w:p>
        </w:tc>
        <w:tc>
          <w:tcPr>
            <w:tcW w:w="6803" w:type="dxa"/>
            <w:gridSpan w:val="4"/>
            <w:vAlign w:val="center"/>
          </w:tcPr>
          <w:p w14:paraId="797E7AD4" w14:textId="77777777" w:rsidR="00214F08" w:rsidRDefault="00214F08" w:rsidP="00214F08">
            <w:pPr>
              <w:spacing w:after="0" w:line="360" w:lineRule="exact"/>
              <w:jc w:val="right"/>
              <w:rPr>
                <w:lang w:eastAsia="zh-CN"/>
              </w:rPr>
            </w:pPr>
            <w:r>
              <w:rPr>
                <w:color w:val="808080"/>
                <w:sz w:val="21"/>
                <w:lang w:eastAsia="zh-CN"/>
              </w:rPr>
              <w:t>（加盖公章）</w:t>
            </w:r>
          </w:p>
          <w:p w14:paraId="043B02B1" w14:textId="77777777" w:rsidR="00214F08" w:rsidRDefault="00214F08" w:rsidP="00214F08">
            <w:pPr>
              <w:spacing w:after="0" w:line="360" w:lineRule="exact"/>
              <w:jc w:val="right"/>
              <w:rPr>
                <w:lang w:eastAsia="zh-CN"/>
              </w:rPr>
            </w:pPr>
            <w:r>
              <w:rPr>
                <w:sz w:val="21"/>
                <w:lang w:eastAsia="zh-CN"/>
              </w:rPr>
              <w:t>年　　月　　日</w:t>
            </w:r>
          </w:p>
        </w:tc>
      </w:tr>
      <w:tr w:rsidR="00214F08" w14:paraId="365ACEDB" w14:textId="77777777" w:rsidTr="00214F08">
        <w:trPr>
          <w:trHeight w:val="1817"/>
        </w:trPr>
        <w:tc>
          <w:tcPr>
            <w:tcW w:w="2041" w:type="dxa"/>
            <w:vAlign w:val="center"/>
          </w:tcPr>
          <w:p w14:paraId="2BCBA9AC" w14:textId="77777777" w:rsidR="00214F08" w:rsidRDefault="00214F08" w:rsidP="00214F08">
            <w:pPr>
              <w:spacing w:after="0" w:line="360" w:lineRule="exact"/>
              <w:jc w:val="center"/>
            </w:pPr>
            <w:proofErr w:type="spellStart"/>
            <w:r>
              <w:rPr>
                <w:rFonts w:eastAsia="黑体"/>
                <w:sz w:val="21"/>
              </w:rPr>
              <w:t>方阵秘书处</w:t>
            </w:r>
            <w:proofErr w:type="spellEnd"/>
            <w:r>
              <w:rPr>
                <w:rFonts w:eastAsia="黑体"/>
                <w:sz w:val="21"/>
              </w:rPr>
              <w:br/>
            </w:r>
            <w:proofErr w:type="spellStart"/>
            <w:r>
              <w:rPr>
                <w:rFonts w:eastAsia="黑体"/>
                <w:sz w:val="21"/>
              </w:rPr>
              <w:t>审核意见</w:t>
            </w:r>
            <w:proofErr w:type="spellEnd"/>
          </w:p>
        </w:tc>
        <w:tc>
          <w:tcPr>
            <w:tcW w:w="6803" w:type="dxa"/>
            <w:gridSpan w:val="4"/>
            <w:vAlign w:val="center"/>
          </w:tcPr>
          <w:p w14:paraId="3F390207" w14:textId="77777777" w:rsidR="00214F08" w:rsidRDefault="00214F08" w:rsidP="00214F08">
            <w:pPr>
              <w:spacing w:after="0" w:line="360" w:lineRule="exact"/>
              <w:jc w:val="right"/>
              <w:rPr>
                <w:lang w:eastAsia="zh-CN"/>
              </w:rPr>
            </w:pPr>
            <w:r>
              <w:rPr>
                <w:color w:val="808080"/>
                <w:sz w:val="21"/>
                <w:lang w:eastAsia="zh-CN"/>
              </w:rPr>
              <w:t>（加盖公章）</w:t>
            </w:r>
          </w:p>
          <w:p w14:paraId="090F9885" w14:textId="77777777" w:rsidR="00214F08" w:rsidRDefault="00214F08" w:rsidP="00214F08">
            <w:pPr>
              <w:spacing w:after="0" w:line="360" w:lineRule="exact"/>
              <w:jc w:val="right"/>
              <w:rPr>
                <w:lang w:eastAsia="zh-CN"/>
              </w:rPr>
            </w:pPr>
            <w:r>
              <w:rPr>
                <w:sz w:val="21"/>
                <w:lang w:eastAsia="zh-CN"/>
              </w:rPr>
              <w:t>年　　月　　日</w:t>
            </w:r>
          </w:p>
        </w:tc>
      </w:tr>
    </w:tbl>
    <w:p w14:paraId="2E76CB12" w14:textId="77777777" w:rsidR="007C60F0" w:rsidRDefault="007C60F0">
      <w:pPr>
        <w:rPr>
          <w:lang w:eastAsia="zh-CN"/>
        </w:rPr>
      </w:pPr>
    </w:p>
    <w:sectPr w:rsidR="007C60F0" w:rsidSect="00034616">
      <w:footerReference w:type="default" r:id="rId8"/>
      <w:pgSz w:w="11906" w:h="16838"/>
      <w:pgMar w:top="2098" w:right="1474" w:bottom="1984" w:left="158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6E7E8" w14:textId="77777777" w:rsidR="00E4487D" w:rsidRDefault="00E4487D">
      <w:pPr>
        <w:spacing w:after="0" w:line="240" w:lineRule="auto"/>
      </w:pPr>
      <w:r>
        <w:separator/>
      </w:r>
    </w:p>
  </w:endnote>
  <w:endnote w:type="continuationSeparator" w:id="0">
    <w:p w14:paraId="44C0BC56" w14:textId="77777777" w:rsidR="00E4487D" w:rsidRDefault="00E44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5729C" w14:textId="77777777" w:rsidR="005D0B7F" w:rsidRDefault="007C60F0">
    <w:pPr>
      <w:pStyle w:val="a7"/>
      <w:jc w:val="center"/>
    </w:pPr>
    <w:r>
      <w:rPr>
        <w:rFonts w:eastAsia="宋体"/>
        <w:sz w:val="28"/>
      </w:rPr>
      <w:t xml:space="preserve">— </w:t>
    </w:r>
    <w:r>
      <w:rPr>
        <w:rFonts w:eastAsia="宋体"/>
        <w:sz w:val="28"/>
      </w:rPr>
      <w:fldChar w:fldCharType="begin"/>
    </w:r>
    <w:r>
      <w:rPr>
        <w:rFonts w:eastAsia="宋体"/>
        <w:sz w:val="28"/>
      </w:rPr>
      <w:instrText>PAGE</w:instrText>
    </w:r>
    <w:r>
      <w:rPr>
        <w:rFonts w:eastAsia="宋体"/>
        <w:sz w:val="28"/>
      </w:rPr>
      <w:fldChar w:fldCharType="separate"/>
    </w:r>
    <w:r w:rsidR="00214F08">
      <w:rPr>
        <w:rFonts w:eastAsia="宋体"/>
        <w:noProof/>
        <w:sz w:val="28"/>
      </w:rPr>
      <w:t>1</w:t>
    </w:r>
    <w:r>
      <w:rPr>
        <w:rFonts w:eastAsia="宋体"/>
        <w:sz w:val="28"/>
      </w:rPr>
      <w:fldChar w:fldCharType="end"/>
    </w:r>
    <w:r>
      <w:rPr>
        <w:rFonts w:eastAsia="宋体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6038D" w14:textId="77777777" w:rsidR="00E4487D" w:rsidRDefault="00E4487D">
      <w:pPr>
        <w:spacing w:after="0" w:line="240" w:lineRule="auto"/>
      </w:pPr>
      <w:r>
        <w:separator/>
      </w:r>
    </w:p>
  </w:footnote>
  <w:footnote w:type="continuationSeparator" w:id="0">
    <w:p w14:paraId="38B5DD5D" w14:textId="77777777" w:rsidR="00E4487D" w:rsidRDefault="00E448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4032398">
    <w:abstractNumId w:val="8"/>
  </w:num>
  <w:num w:numId="2" w16cid:durableId="732854417">
    <w:abstractNumId w:val="6"/>
  </w:num>
  <w:num w:numId="3" w16cid:durableId="317609281">
    <w:abstractNumId w:val="5"/>
  </w:num>
  <w:num w:numId="4" w16cid:durableId="1808235160">
    <w:abstractNumId w:val="4"/>
  </w:num>
  <w:num w:numId="5" w16cid:durableId="1460535344">
    <w:abstractNumId w:val="7"/>
  </w:num>
  <w:num w:numId="6" w16cid:durableId="1494758163">
    <w:abstractNumId w:val="3"/>
  </w:num>
  <w:num w:numId="7" w16cid:durableId="981932128">
    <w:abstractNumId w:val="2"/>
  </w:num>
  <w:num w:numId="8" w16cid:durableId="1631326603">
    <w:abstractNumId w:val="1"/>
  </w:num>
  <w:num w:numId="9" w16cid:durableId="1820727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14E4"/>
    <w:rsid w:val="0015074B"/>
    <w:rsid w:val="00214F08"/>
    <w:rsid w:val="0029639D"/>
    <w:rsid w:val="00326F90"/>
    <w:rsid w:val="00465D27"/>
    <w:rsid w:val="00570F90"/>
    <w:rsid w:val="005D0B7F"/>
    <w:rsid w:val="00770A81"/>
    <w:rsid w:val="007C60F0"/>
    <w:rsid w:val="00AA1D8D"/>
    <w:rsid w:val="00B47730"/>
    <w:rsid w:val="00CB0664"/>
    <w:rsid w:val="00D659FB"/>
    <w:rsid w:val="00E448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738D6C"/>
  <w14:defaultImageDpi w14:val="300"/>
  <w15:docId w15:val="{39091FDF-66C5-4F2A-AA17-1C46D869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仿宋_GB2312" w:hAnsi="Times New Roman"/>
      <w:sz w:val="32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9">
    <w:name w:val="Hyperlink"/>
    <w:basedOn w:val="a2"/>
    <w:uiPriority w:val="99"/>
    <w:unhideWhenUsed/>
    <w:rsid w:val="00214F08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214F08"/>
    <w:rPr>
      <w:color w:val="605E5C"/>
      <w:shd w:val="clear" w:color="auto" w:fill="E1DFDD"/>
    </w:rPr>
  </w:style>
  <w:style w:type="paragraph" w:styleId="affb">
    <w:name w:val="Normal (Web)"/>
    <w:basedOn w:val="a1"/>
    <w:uiPriority w:val="99"/>
    <w:semiHidden/>
    <w:unhideWhenUsed/>
    <w:rsid w:val="00465D27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8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203</Words>
  <Characters>207</Characters>
  <Application>Microsoft Office Word</Application>
  <DocSecurity>0</DocSecurity>
  <Lines>17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李洁</cp:lastModifiedBy>
  <cp:revision>3</cp:revision>
  <dcterms:created xsi:type="dcterms:W3CDTF">2026-09-07T05:32:00Z</dcterms:created>
  <dcterms:modified xsi:type="dcterms:W3CDTF">2026-09-07T05:33:00Z</dcterms:modified>
  <cp:category/>
</cp:coreProperties>
</file>